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3F8E10" w14:textId="616D2672" w:rsidR="00BA6889" w:rsidRDefault="00000000" w:rsidP="00AE47FF">
      <w:pPr>
        <w:pStyle w:val="NoSpacing"/>
      </w:pPr>
      <w:r w:rsidRPr="00045C65">
        <w:rPr>
          <w:b/>
          <w:bCs/>
          <w:sz w:val="28"/>
          <w:szCs w:val="28"/>
        </w:rPr>
        <w:t>May 2026</w:t>
      </w:r>
      <w:r w:rsidR="000B1330" w:rsidRPr="00073C06">
        <w:rPr>
          <w:sz w:val="28"/>
          <w:szCs w:val="28"/>
        </w:rPr>
        <w:t xml:space="preserve"> </w:t>
      </w:r>
      <w:r w:rsidR="000B1330">
        <w:t xml:space="preserve">      </w:t>
      </w:r>
      <w:r w:rsidR="000B1330">
        <w:tab/>
      </w:r>
      <w:r w:rsidR="000B1330">
        <w:tab/>
      </w:r>
      <w:r w:rsidR="00073C06">
        <w:tab/>
      </w:r>
      <w:r w:rsidR="00073C06">
        <w:tab/>
      </w:r>
      <w:r w:rsidR="00073C06">
        <w:tab/>
      </w:r>
      <w:r w:rsidR="00073C06">
        <w:tab/>
      </w:r>
      <w:r w:rsidR="000B1330" w:rsidRPr="00073C06">
        <w:rPr>
          <w:b/>
          <w:bCs/>
          <w:sz w:val="28"/>
          <w:szCs w:val="28"/>
        </w:rPr>
        <w:t>WOLF CREEK EVENTS</w:t>
      </w:r>
      <w:r w:rsidR="000B1330" w:rsidRPr="00073C06">
        <w:rPr>
          <w:b/>
          <w:bCs/>
          <w:sz w:val="28"/>
          <w:szCs w:val="28"/>
        </w:rPr>
        <w:tab/>
      </w:r>
      <w:r w:rsidR="000B1330">
        <w:tab/>
      </w:r>
      <w:r w:rsidR="00073C06">
        <w:t xml:space="preserve">                       </w:t>
      </w:r>
      <w:r w:rsidR="00073C06">
        <w:tab/>
      </w:r>
      <w:r w:rsidR="00073C06">
        <w:tab/>
      </w:r>
      <w:r w:rsidR="00073C06">
        <w:tab/>
        <w:t xml:space="preserve">       </w:t>
      </w:r>
      <w:r w:rsidR="000B1330">
        <w:t xml:space="preserve"> </w:t>
      </w:r>
      <w:r w:rsidR="000B1330">
        <w:rPr>
          <w:noProof/>
        </w:rPr>
        <w:drawing>
          <wp:inline distT="0" distB="0" distL="0" distR="0" wp14:anchorId="1529F597" wp14:editId="7EC4EB1D">
            <wp:extent cx="736732" cy="409575"/>
            <wp:effectExtent l="0" t="0" r="0" b="0"/>
            <wp:docPr id="2145643" name="Picture 5" descr="A logo with a wolf 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643" name="Picture 5" descr="A logo with a wolf face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5821" cy="41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D9CDB" w14:textId="77777777" w:rsidR="00045C65" w:rsidRDefault="00045C65" w:rsidP="00AE47FF">
      <w:pPr>
        <w:pStyle w:val="NoSpacing"/>
      </w:pPr>
    </w:p>
    <w:p w14:paraId="5C779DFC" w14:textId="77777777" w:rsidR="00045C65" w:rsidRDefault="00045C65" w:rsidP="00AE47FF">
      <w:pPr>
        <w:pStyle w:val="NoSpacing"/>
      </w:pPr>
    </w:p>
    <w:tbl>
      <w:tblPr>
        <w:tblW w:w="14850" w:type="dxa"/>
        <w:tblInd w:w="-162" w:type="dxa"/>
        <w:tblLook w:val="04A0" w:firstRow="1" w:lastRow="0" w:firstColumn="1" w:lastColumn="0" w:noHBand="0" w:noVBand="1"/>
      </w:tblPr>
      <w:tblGrid>
        <w:gridCol w:w="2224"/>
        <w:gridCol w:w="1916"/>
        <w:gridCol w:w="2070"/>
        <w:gridCol w:w="2160"/>
        <w:gridCol w:w="2160"/>
        <w:gridCol w:w="2160"/>
        <w:gridCol w:w="2160"/>
      </w:tblGrid>
      <w:tr w:rsidR="00052C49" w14:paraId="460CF8CA" w14:textId="77777777" w:rsidTr="00052C49">
        <w:tc>
          <w:tcPr>
            <w:tcW w:w="2224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4F39BF8C" w14:textId="77777777" w:rsidR="00BA6889" w:rsidRDefault="00000000" w:rsidP="00AE47FF">
            <w:pPr>
              <w:pStyle w:val="NoSpacing"/>
            </w:pPr>
            <w:r>
              <w:rPr>
                <w:b/>
              </w:rPr>
              <w:t>Sun</w:t>
            </w:r>
          </w:p>
        </w:tc>
        <w:tc>
          <w:tcPr>
            <w:tcW w:w="1916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75763F7D" w14:textId="77777777" w:rsidR="00BA6889" w:rsidRDefault="00000000" w:rsidP="00AE47FF">
            <w:pPr>
              <w:pStyle w:val="NoSpacing"/>
            </w:pPr>
            <w:r>
              <w:rPr>
                <w:b/>
              </w:rPr>
              <w:t>Mon</w:t>
            </w:r>
          </w:p>
        </w:tc>
        <w:tc>
          <w:tcPr>
            <w:tcW w:w="207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546E9240" w14:textId="77777777" w:rsidR="00BA6889" w:rsidRDefault="00000000" w:rsidP="00AE47FF">
            <w:pPr>
              <w:pStyle w:val="NoSpacing"/>
            </w:pPr>
            <w:r>
              <w:rPr>
                <w:b/>
              </w:rPr>
              <w:t>Tue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30ED740C" w14:textId="77777777" w:rsidR="00BA6889" w:rsidRDefault="00000000" w:rsidP="00AE47FF">
            <w:pPr>
              <w:pStyle w:val="NoSpacing"/>
            </w:pPr>
            <w:r>
              <w:rPr>
                <w:b/>
              </w:rPr>
              <w:t>Wed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2089BF30" w14:textId="77777777" w:rsidR="00BA6889" w:rsidRDefault="00000000" w:rsidP="00AE47FF">
            <w:pPr>
              <w:pStyle w:val="NoSpacing"/>
            </w:pPr>
            <w:r>
              <w:rPr>
                <w:b/>
              </w:rPr>
              <w:t>Thu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5F784B35" w14:textId="77777777" w:rsidR="00BA6889" w:rsidRDefault="00000000" w:rsidP="00AE47FF">
            <w:pPr>
              <w:pStyle w:val="NoSpacing"/>
            </w:pPr>
            <w:r>
              <w:rPr>
                <w:b/>
              </w:rPr>
              <w:t>Fri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24EA27FE" w14:textId="77777777" w:rsidR="00BA6889" w:rsidRDefault="00000000" w:rsidP="00AE47FF">
            <w:pPr>
              <w:pStyle w:val="NoSpacing"/>
            </w:pPr>
            <w:r>
              <w:rPr>
                <w:b/>
              </w:rPr>
              <w:t>Sat</w:t>
            </w:r>
          </w:p>
        </w:tc>
      </w:tr>
      <w:tr w:rsidR="00052C49" w14:paraId="36064E5C" w14:textId="77777777" w:rsidTr="00052C49">
        <w:trPr>
          <w:trHeight w:val="1209"/>
        </w:trPr>
        <w:tc>
          <w:tcPr>
            <w:tcW w:w="2224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7AB13C17" w14:textId="77777777" w:rsidR="00BA6889" w:rsidRDefault="00BA6889" w:rsidP="00AE47FF">
            <w:pPr>
              <w:pStyle w:val="NoSpacing"/>
            </w:pPr>
          </w:p>
        </w:tc>
        <w:tc>
          <w:tcPr>
            <w:tcW w:w="1916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7C5B2EF8" w14:textId="77777777" w:rsidR="00BA6889" w:rsidRDefault="00BA6889" w:rsidP="00AE47FF">
            <w:pPr>
              <w:pStyle w:val="NoSpacing"/>
            </w:pPr>
          </w:p>
        </w:tc>
        <w:tc>
          <w:tcPr>
            <w:tcW w:w="207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5125E098" w14:textId="77777777" w:rsidR="00BA6889" w:rsidRDefault="00BA6889" w:rsidP="00AE47FF">
            <w:pPr>
              <w:pStyle w:val="NoSpacing"/>
            </w:pP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352614D7" w14:textId="77777777" w:rsidR="00BA6889" w:rsidRDefault="00BA6889" w:rsidP="00AE47FF">
            <w:pPr>
              <w:pStyle w:val="NoSpacing"/>
            </w:pP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10FA4BFB" w14:textId="77777777" w:rsidR="00BA6889" w:rsidRDefault="00BA6889" w:rsidP="00AE47FF">
            <w:pPr>
              <w:pStyle w:val="NoSpacing"/>
            </w:pP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6D41A7C9" w14:textId="77777777" w:rsidR="00BA6889" w:rsidRDefault="00000000" w:rsidP="00AE47FF">
            <w:pPr>
              <w:pStyle w:val="NoSpacing"/>
            </w:pPr>
            <w:r>
              <w:rPr>
                <w:b/>
              </w:rPr>
              <w:t>1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0ACEAE6D" w14:textId="77777777" w:rsidR="00BA6889" w:rsidRDefault="00000000" w:rsidP="00AE47FF">
            <w:pPr>
              <w:pStyle w:val="NoSpacing"/>
            </w:pPr>
            <w:r>
              <w:rPr>
                <w:b/>
              </w:rPr>
              <w:t>2</w:t>
            </w:r>
          </w:p>
        </w:tc>
      </w:tr>
      <w:tr w:rsidR="00052C49" w14:paraId="51D29622" w14:textId="77777777" w:rsidTr="00052C49">
        <w:trPr>
          <w:trHeight w:val="1416"/>
        </w:trPr>
        <w:tc>
          <w:tcPr>
            <w:tcW w:w="2224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2AF8F331" w14:textId="77777777" w:rsidR="00BA6889" w:rsidRDefault="00000000" w:rsidP="00AE47FF">
            <w:pPr>
              <w:pStyle w:val="NoSpacing"/>
            </w:pPr>
            <w:r>
              <w:rPr>
                <w:b/>
              </w:rPr>
              <w:t>3</w:t>
            </w:r>
          </w:p>
        </w:tc>
        <w:tc>
          <w:tcPr>
            <w:tcW w:w="1916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2B967B7D" w14:textId="77777777" w:rsidR="00BA6889" w:rsidRDefault="00000000" w:rsidP="00AE47FF">
            <w:pPr>
              <w:pStyle w:val="NoSpacing"/>
            </w:pPr>
            <w:r>
              <w:rPr>
                <w:b/>
              </w:rPr>
              <w:t>4</w:t>
            </w:r>
          </w:p>
        </w:tc>
        <w:tc>
          <w:tcPr>
            <w:tcW w:w="207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321352D0" w14:textId="77777777" w:rsidR="00BA6889" w:rsidRDefault="00000000" w:rsidP="00AE47FF">
            <w:pPr>
              <w:pStyle w:val="NoSpacing"/>
              <w:rPr>
                <w:b/>
              </w:rPr>
            </w:pPr>
            <w:r>
              <w:rPr>
                <w:b/>
              </w:rPr>
              <w:t>5</w:t>
            </w:r>
          </w:p>
          <w:p w14:paraId="63D44131" w14:textId="25E1DFEA" w:rsidR="00BB53A2" w:rsidRPr="00AE47FF" w:rsidRDefault="00052C49" w:rsidP="00AE47FF">
            <w:pPr>
              <w:pStyle w:val="NoSpacing"/>
              <w:rPr>
                <w:b/>
                <w:sz w:val="24"/>
                <w:szCs w:val="24"/>
              </w:rPr>
            </w:pPr>
            <w:r w:rsidRPr="00AE47FF">
              <w:rPr>
                <w:b/>
                <w:sz w:val="24"/>
                <w:szCs w:val="24"/>
              </w:rPr>
              <w:t xml:space="preserve">  </w:t>
            </w:r>
            <w:r w:rsidR="00BB53A2" w:rsidRPr="00AE47FF">
              <w:rPr>
                <w:b/>
                <w:sz w:val="24"/>
                <w:szCs w:val="24"/>
              </w:rPr>
              <w:t xml:space="preserve">Cinco de Mayo </w:t>
            </w:r>
          </w:p>
          <w:p w14:paraId="470C3856" w14:textId="0E44CB48" w:rsidR="00AE47FF" w:rsidRPr="00AE47FF" w:rsidRDefault="00AE47FF" w:rsidP="00AE47FF">
            <w:pPr>
              <w:pStyle w:val="NoSpacing"/>
              <w:rPr>
                <w:bCs/>
                <w:sz w:val="20"/>
                <w:szCs w:val="20"/>
              </w:rPr>
            </w:pPr>
            <w:r w:rsidRPr="00AE47FF">
              <w:rPr>
                <w:bCs/>
                <w:noProof/>
              </w:rPr>
              <w:drawing>
                <wp:anchor distT="0" distB="0" distL="114300" distR="114300" simplePos="0" relativeHeight="251659264" behindDoc="1" locked="0" layoutInCell="1" allowOverlap="1" wp14:anchorId="55DB2A0F" wp14:editId="5609A881">
                  <wp:simplePos x="0" y="0"/>
                  <wp:positionH relativeFrom="column">
                    <wp:posOffset>318567</wp:posOffset>
                  </wp:positionH>
                  <wp:positionV relativeFrom="paragraph">
                    <wp:posOffset>80645</wp:posOffset>
                  </wp:positionV>
                  <wp:extent cx="557784" cy="310896"/>
                  <wp:effectExtent l="0" t="0" r="1270" b="0"/>
                  <wp:wrapNone/>
                  <wp:docPr id="980331173" name="Picture 14" descr="Kostenlose foto : Wasser, Glas, Bar, Eis, Grün, Cocktail, Alkohol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331173" name="Picture 980331173" descr="Kostenlose foto : Wasser, Glas, Bar, Eis, Grün, Cocktail, Alkohol ...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784" cy="310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3ADA117C" w14:textId="77777777" w:rsidR="00BA6889" w:rsidRDefault="00000000" w:rsidP="00AE47FF">
            <w:pPr>
              <w:pStyle w:val="NoSpacing"/>
            </w:pPr>
            <w:r>
              <w:rPr>
                <w:b/>
              </w:rPr>
              <w:t>6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5ADD9E82" w14:textId="77777777" w:rsidR="00BA6889" w:rsidRDefault="00000000" w:rsidP="00AE47FF">
            <w:pPr>
              <w:pStyle w:val="NoSpacing"/>
            </w:pPr>
            <w:r>
              <w:rPr>
                <w:b/>
              </w:rPr>
              <w:t>7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0316C09D" w14:textId="77777777" w:rsidR="00BA6889" w:rsidRDefault="00000000" w:rsidP="00AE47FF">
            <w:pPr>
              <w:pStyle w:val="NoSpacing"/>
            </w:pPr>
            <w:r>
              <w:rPr>
                <w:b/>
              </w:rPr>
              <w:t>8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1AE80348" w14:textId="77777777" w:rsidR="00BA6889" w:rsidRDefault="00000000" w:rsidP="00AE47FF">
            <w:pPr>
              <w:pStyle w:val="NoSpacing"/>
            </w:pPr>
            <w:r>
              <w:rPr>
                <w:b/>
              </w:rPr>
              <w:t>9</w:t>
            </w:r>
          </w:p>
        </w:tc>
      </w:tr>
      <w:tr w:rsidR="00052C49" w14:paraId="464341A9" w14:textId="77777777" w:rsidTr="00052C49">
        <w:trPr>
          <w:trHeight w:val="1488"/>
        </w:trPr>
        <w:tc>
          <w:tcPr>
            <w:tcW w:w="2224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6F390941" w14:textId="3B5373DF" w:rsidR="00AE47FF" w:rsidRDefault="00000000" w:rsidP="00AE47FF">
            <w:pPr>
              <w:pStyle w:val="NoSpacing"/>
              <w:rPr>
                <w:b/>
                <w:sz w:val="28"/>
                <w:szCs w:val="28"/>
              </w:rPr>
            </w:pPr>
            <w:r w:rsidRPr="00BB53A2">
              <w:rPr>
                <w:b/>
                <w:sz w:val="28"/>
                <w:szCs w:val="28"/>
              </w:rPr>
              <w:t>10</w:t>
            </w:r>
            <w:r w:rsidR="00AE47FF">
              <w:rPr>
                <w:b/>
                <w:sz w:val="28"/>
                <w:szCs w:val="28"/>
              </w:rPr>
              <w:t xml:space="preserve"> </w:t>
            </w:r>
          </w:p>
          <w:p w14:paraId="0D47DE73" w14:textId="3369E5B8" w:rsidR="00AE47FF" w:rsidRPr="000149E3" w:rsidRDefault="00290EA1" w:rsidP="00874740">
            <w:pPr>
              <w:pStyle w:val="NoSpacing"/>
              <w:jc w:val="center"/>
              <w:rPr>
                <w:b/>
                <w:sz w:val="24"/>
                <w:szCs w:val="24"/>
              </w:rPr>
            </w:pPr>
            <w:r w:rsidRPr="000149E3">
              <w:rPr>
                <w:b/>
                <w:sz w:val="24"/>
                <w:szCs w:val="24"/>
              </w:rPr>
              <w:t>Mother’s Day</w:t>
            </w:r>
          </w:p>
          <w:p w14:paraId="16D670F1" w14:textId="41537DF5" w:rsidR="00AE47FF" w:rsidRPr="00AE47FF" w:rsidRDefault="00073C06" w:rsidP="00AE47FF">
            <w:pPr>
              <w:pStyle w:val="NoSpacing"/>
              <w:rPr>
                <w:b/>
                <w:sz w:val="28"/>
                <w:szCs w:val="28"/>
              </w:rPr>
            </w:pPr>
            <w:r w:rsidRPr="00AE47FF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58240" behindDoc="1" locked="0" layoutInCell="1" allowOverlap="1" wp14:anchorId="19F7891B" wp14:editId="20F8D048">
                  <wp:simplePos x="0" y="0"/>
                  <wp:positionH relativeFrom="column">
                    <wp:posOffset>237058</wp:posOffset>
                  </wp:positionH>
                  <wp:positionV relativeFrom="paragraph">
                    <wp:posOffset>21920</wp:posOffset>
                  </wp:positionV>
                  <wp:extent cx="838773" cy="473583"/>
                  <wp:effectExtent l="0" t="0" r="0" b="0"/>
                  <wp:wrapNone/>
                  <wp:docPr id="961005386" name="Picture 6" descr="Pink Ranunculus flowers with green centers at various stages of openne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1005386" name="Picture 961005386" descr="Pink Ranunculus flowers with green centers at various stages of openness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5518" cy="477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16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3BB7982E" w14:textId="77777777" w:rsidR="00BA6889" w:rsidRDefault="00000000" w:rsidP="00AE47FF">
            <w:pPr>
              <w:pStyle w:val="NoSpacing"/>
            </w:pPr>
            <w:r>
              <w:rPr>
                <w:b/>
              </w:rPr>
              <w:t>11</w:t>
            </w:r>
          </w:p>
        </w:tc>
        <w:tc>
          <w:tcPr>
            <w:tcW w:w="207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0D55F342" w14:textId="77777777" w:rsidR="00BA6889" w:rsidRDefault="00000000" w:rsidP="00AE47FF">
            <w:pPr>
              <w:pStyle w:val="NoSpacing"/>
            </w:pPr>
            <w:r>
              <w:rPr>
                <w:b/>
              </w:rPr>
              <w:t>12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73CDECCD" w14:textId="0352655F" w:rsidR="00BA6889" w:rsidRDefault="00000000" w:rsidP="00AE47FF">
            <w:pPr>
              <w:pStyle w:val="NoSpacing"/>
              <w:rPr>
                <w:b/>
              </w:rPr>
            </w:pPr>
            <w:r>
              <w:rPr>
                <w:b/>
              </w:rPr>
              <w:t>13</w:t>
            </w:r>
          </w:p>
          <w:p w14:paraId="00406DDD" w14:textId="77777777" w:rsidR="00073C06" w:rsidRDefault="00073C06" w:rsidP="00AE47FF">
            <w:pPr>
              <w:pStyle w:val="NoSpacing"/>
            </w:pPr>
          </w:p>
          <w:p w14:paraId="3561D696" w14:textId="6FD5217F" w:rsidR="00AE47FF" w:rsidRDefault="00AE47FF" w:rsidP="001352B6">
            <w:pPr>
              <w:pStyle w:val="NoSpacing"/>
              <w:jc w:val="center"/>
            </w:pP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05720765" w14:textId="77777777" w:rsidR="00BA6889" w:rsidRDefault="00000000" w:rsidP="00AE47FF">
            <w:pPr>
              <w:pStyle w:val="NoSpacing"/>
            </w:pPr>
            <w:r>
              <w:rPr>
                <w:b/>
              </w:rPr>
              <w:t>14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4F3E2F26" w14:textId="1D8AD09A" w:rsidR="00874740" w:rsidRPr="00874740" w:rsidRDefault="00874740" w:rsidP="00874740">
            <w:pPr>
              <w:pStyle w:val="NoSpacing"/>
              <w:rPr>
                <w:b/>
              </w:rPr>
            </w:pPr>
            <w:r>
              <w:rPr>
                <w:b/>
              </w:rPr>
              <w:t>15</w:t>
            </w:r>
            <w:r w:rsidRPr="00874740">
              <w:rPr>
                <w:b/>
                <w:color w:val="00B050"/>
              </w:rPr>
              <w:t xml:space="preserve"> Opening</w:t>
            </w:r>
            <w:r w:rsidRPr="00874740">
              <w:rPr>
                <w:b/>
                <w:color w:val="00B050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 </w:t>
            </w:r>
            <w:proofErr w:type="gramStart"/>
            <w:r w:rsidRPr="00874740">
              <w:rPr>
                <w:b/>
                <w:color w:val="00B050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>Day !!</w:t>
            </w:r>
            <w:proofErr w:type="gramEnd"/>
            <w:r>
              <w:rPr>
                <w:b/>
                <w:color w:val="00B050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 </w:t>
            </w:r>
          </w:p>
          <w:p w14:paraId="02926B70" w14:textId="1EACD3E1" w:rsidR="00874740" w:rsidRDefault="00874740" w:rsidP="00874740">
            <w:pPr>
              <w:pStyle w:val="NoSpacing"/>
              <w:jc w:val="center"/>
            </w:pPr>
            <w:r>
              <w:t xml:space="preserve">Join us at @ 7 PM for a Fireside Celebration. Popcorn will be served - BYOB 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46304E93" w14:textId="77777777" w:rsidR="00BA6889" w:rsidRDefault="00000000" w:rsidP="00AE47FF">
            <w:pPr>
              <w:pStyle w:val="NoSpacing"/>
            </w:pPr>
            <w:r>
              <w:rPr>
                <w:b/>
              </w:rPr>
              <w:t>16</w:t>
            </w:r>
          </w:p>
        </w:tc>
      </w:tr>
      <w:tr w:rsidR="00052C49" w14:paraId="49B7F7B5" w14:textId="77777777" w:rsidTr="00045C65">
        <w:trPr>
          <w:trHeight w:val="1497"/>
        </w:trPr>
        <w:tc>
          <w:tcPr>
            <w:tcW w:w="2224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1D3ABC39" w14:textId="77777777" w:rsidR="00BA6889" w:rsidRDefault="00000000" w:rsidP="00AE47FF">
            <w:pPr>
              <w:pStyle w:val="NoSpacing"/>
            </w:pPr>
            <w:r>
              <w:rPr>
                <w:b/>
              </w:rPr>
              <w:t>17</w:t>
            </w:r>
          </w:p>
        </w:tc>
        <w:tc>
          <w:tcPr>
            <w:tcW w:w="1916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7153A9A6" w14:textId="77777777" w:rsidR="00BA6889" w:rsidRDefault="00000000" w:rsidP="00AE47FF">
            <w:pPr>
              <w:pStyle w:val="NoSpacing"/>
            </w:pPr>
            <w:r>
              <w:rPr>
                <w:b/>
              </w:rPr>
              <w:t>18</w:t>
            </w:r>
          </w:p>
        </w:tc>
        <w:tc>
          <w:tcPr>
            <w:tcW w:w="207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31A0486E" w14:textId="77777777" w:rsidR="00BA6889" w:rsidRDefault="00000000" w:rsidP="00AE47FF">
            <w:pPr>
              <w:pStyle w:val="NoSpacing"/>
            </w:pPr>
            <w:r>
              <w:rPr>
                <w:b/>
              </w:rPr>
              <w:t>19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06BFB202" w14:textId="77777777" w:rsidR="00BA6889" w:rsidRDefault="00000000" w:rsidP="00AE47FF">
            <w:pPr>
              <w:pStyle w:val="NoSpacing"/>
              <w:rPr>
                <w:b/>
              </w:rPr>
            </w:pPr>
            <w:r>
              <w:rPr>
                <w:b/>
              </w:rPr>
              <w:t>20</w:t>
            </w:r>
          </w:p>
          <w:p w14:paraId="5D6A6241" w14:textId="77777777" w:rsidR="00874740" w:rsidRDefault="00874740" w:rsidP="00874740">
            <w:pPr>
              <w:pStyle w:val="NoSpacing"/>
            </w:pPr>
          </w:p>
          <w:p w14:paraId="02B6A006" w14:textId="77777777" w:rsidR="00874740" w:rsidRDefault="00874740" w:rsidP="00874740">
            <w:pPr>
              <w:pStyle w:val="NoSpacing"/>
            </w:pPr>
            <w:r>
              <w:t>Hors d'oeuvres</w:t>
            </w:r>
            <w:r>
              <w:t xml:space="preserve"> on the Deck 4:00 PM </w:t>
            </w:r>
          </w:p>
          <w:p w14:paraId="6D0778DA" w14:textId="137311F1" w:rsidR="00874740" w:rsidRDefault="00874740" w:rsidP="00874740">
            <w:pPr>
              <w:pStyle w:val="NoSpacing"/>
              <w:jc w:val="center"/>
            </w:pPr>
            <w:r>
              <w:t>BYOB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52B43BAE" w14:textId="77777777" w:rsidR="00BA6889" w:rsidRDefault="00000000" w:rsidP="00AE47FF">
            <w:pPr>
              <w:pStyle w:val="NoSpacing"/>
            </w:pPr>
            <w:r>
              <w:rPr>
                <w:b/>
              </w:rPr>
              <w:t>21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4CCBFDC7" w14:textId="77777777" w:rsidR="00BA6889" w:rsidRDefault="00000000" w:rsidP="00AE47FF">
            <w:pPr>
              <w:pStyle w:val="NoSpacing"/>
              <w:rPr>
                <w:b/>
              </w:rPr>
            </w:pPr>
            <w:r>
              <w:rPr>
                <w:b/>
              </w:rPr>
              <w:t>22</w:t>
            </w:r>
          </w:p>
          <w:p w14:paraId="3FF05BD0" w14:textId="77777777" w:rsidR="00073C06" w:rsidRDefault="00073C06" w:rsidP="00AE47FF">
            <w:pPr>
              <w:pStyle w:val="NoSpacing"/>
              <w:rPr>
                <w:b/>
              </w:rPr>
            </w:pPr>
          </w:p>
          <w:p w14:paraId="67625F0C" w14:textId="21B74B16" w:rsidR="00073C06" w:rsidRDefault="00073C06" w:rsidP="00AE47FF">
            <w:pPr>
              <w:pStyle w:val="NoSpacing"/>
            </w:pPr>
            <w:r>
              <w:rPr>
                <w:b/>
              </w:rPr>
              <w:t xml:space="preserve">Breakfast on the Deck </w:t>
            </w:r>
            <w:r w:rsidR="00045C65">
              <w:rPr>
                <w:b/>
              </w:rPr>
              <w:t xml:space="preserve"> </w:t>
            </w:r>
            <w:r>
              <w:rPr>
                <w:b/>
              </w:rPr>
              <w:t xml:space="preserve"> 9-10:30 am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43E52B39" w14:textId="77777777" w:rsidR="00BA6889" w:rsidRDefault="00000000" w:rsidP="00AE47FF">
            <w:pPr>
              <w:pStyle w:val="NoSpacing"/>
            </w:pPr>
            <w:r>
              <w:rPr>
                <w:b/>
              </w:rPr>
              <w:t>23</w:t>
            </w:r>
          </w:p>
        </w:tc>
      </w:tr>
      <w:tr w:rsidR="00052C49" w14:paraId="37659B9E" w14:textId="77777777" w:rsidTr="00AE47FF">
        <w:trPr>
          <w:trHeight w:val="1560"/>
        </w:trPr>
        <w:tc>
          <w:tcPr>
            <w:tcW w:w="2224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7AC0CD75" w14:textId="77777777" w:rsidR="00BA6889" w:rsidRDefault="00000000" w:rsidP="00AE47FF">
            <w:pPr>
              <w:pStyle w:val="NoSpacing"/>
              <w:rPr>
                <w:b/>
              </w:rPr>
            </w:pPr>
            <w:r>
              <w:rPr>
                <w:b/>
              </w:rPr>
              <w:t>24</w:t>
            </w:r>
          </w:p>
          <w:p w14:paraId="27438449" w14:textId="77777777" w:rsidR="001352B6" w:rsidRDefault="001352B6" w:rsidP="00AE47FF">
            <w:pPr>
              <w:pStyle w:val="NoSpacing"/>
            </w:pPr>
          </w:p>
          <w:p w14:paraId="31A6B7F7" w14:textId="0CFDE643" w:rsidR="001352B6" w:rsidRDefault="001352B6" w:rsidP="00AE47FF">
            <w:pPr>
              <w:pStyle w:val="NoSpacing"/>
            </w:pPr>
          </w:p>
        </w:tc>
        <w:tc>
          <w:tcPr>
            <w:tcW w:w="1916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6A3E4E2B" w14:textId="77777777" w:rsidR="00073C06" w:rsidRDefault="00AE47FF" w:rsidP="00073C06">
            <w:pPr>
              <w:pStyle w:val="NoSpacing"/>
              <w:rPr>
                <w:b/>
                <w:bCs/>
              </w:rPr>
            </w:pPr>
            <w:r w:rsidRPr="00AE47FF">
              <w:rPr>
                <w:b/>
                <w:bCs/>
              </w:rPr>
              <w:t>2</w:t>
            </w:r>
            <w:r>
              <w:rPr>
                <w:b/>
                <w:bCs/>
              </w:rPr>
              <w:t>5</w:t>
            </w:r>
          </w:p>
          <w:p w14:paraId="74320D23" w14:textId="14E6C67E" w:rsidR="00874740" w:rsidRPr="00874740" w:rsidRDefault="00BB53A2" w:rsidP="00073C06">
            <w:pPr>
              <w:pStyle w:val="NoSpacing"/>
              <w:jc w:val="center"/>
            </w:pPr>
            <w:r w:rsidRPr="000149E3">
              <w:rPr>
                <w:b/>
                <w:bCs/>
                <w:sz w:val="24"/>
                <w:szCs w:val="24"/>
              </w:rPr>
              <w:t>Memorial Day</w:t>
            </w:r>
            <w:r w:rsidR="00874740" w:rsidRPr="00874740">
              <w:t xml:space="preserve"> Cookout </w:t>
            </w:r>
            <w:r w:rsidR="00874740">
              <w:t>on Deck</w:t>
            </w:r>
          </w:p>
          <w:p w14:paraId="2DB4C8BD" w14:textId="75F5A4CB" w:rsidR="00BB53A2" w:rsidRPr="00874740" w:rsidRDefault="00874740" w:rsidP="00073C06">
            <w:pPr>
              <w:pStyle w:val="NoSpacing"/>
              <w:jc w:val="center"/>
            </w:pPr>
            <w:r w:rsidRPr="00874740">
              <w:t xml:space="preserve">5:00 PM </w:t>
            </w:r>
          </w:p>
          <w:p w14:paraId="26B1F5A2" w14:textId="1C3D294D" w:rsidR="00073C06" w:rsidRDefault="00874740" w:rsidP="00073C06">
            <w:pPr>
              <w:pStyle w:val="NoSpacing"/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71662764" wp14:editId="77021EE9">
                  <wp:extent cx="716276" cy="358140"/>
                  <wp:effectExtent l="0" t="0" r="0" b="0"/>
                  <wp:docPr id="112813949" name="Picture 7" descr="Rows of American flags in twili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13949" name="Picture 112813949" descr="Rows of American flags in twilight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223" cy="366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EC5712" w14:textId="1BFDD54B" w:rsidR="00073C06" w:rsidRPr="00073C06" w:rsidRDefault="00073C06" w:rsidP="00073C06">
            <w:pPr>
              <w:pStyle w:val="NoSpacing"/>
              <w:jc w:val="center"/>
              <w:rPr>
                <w:b/>
                <w:bCs/>
              </w:rPr>
            </w:pPr>
          </w:p>
        </w:tc>
        <w:tc>
          <w:tcPr>
            <w:tcW w:w="207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7CD52D4B" w14:textId="0AA929A9" w:rsidR="00BA6889" w:rsidRDefault="00000000" w:rsidP="00AE47FF">
            <w:pPr>
              <w:pStyle w:val="NoSpacing"/>
            </w:pPr>
            <w:r>
              <w:rPr>
                <w:b/>
              </w:rPr>
              <w:t>26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0E4F9B45" w14:textId="77777777" w:rsidR="00BA6889" w:rsidRDefault="00000000" w:rsidP="00AE47FF">
            <w:pPr>
              <w:pStyle w:val="NoSpacing"/>
              <w:rPr>
                <w:b/>
              </w:rPr>
            </w:pPr>
            <w:r>
              <w:rPr>
                <w:b/>
              </w:rPr>
              <w:t>27</w:t>
            </w:r>
          </w:p>
          <w:p w14:paraId="270776D5" w14:textId="77777777" w:rsidR="00073C06" w:rsidRDefault="00073C06" w:rsidP="00073C06">
            <w:pPr>
              <w:pStyle w:val="NoSpacing"/>
            </w:pPr>
          </w:p>
          <w:p w14:paraId="19379BB2" w14:textId="307007DE" w:rsidR="00073C06" w:rsidRDefault="00073C06" w:rsidP="001352B6">
            <w:pPr>
              <w:pStyle w:val="NoSpacing"/>
              <w:jc w:val="center"/>
            </w:pP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055CC27A" w14:textId="77777777" w:rsidR="00BA6889" w:rsidRDefault="00000000" w:rsidP="00AE47FF">
            <w:pPr>
              <w:pStyle w:val="NoSpacing"/>
            </w:pPr>
            <w:r>
              <w:rPr>
                <w:b/>
              </w:rPr>
              <w:t>28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66563507" w14:textId="77777777" w:rsidR="00BA6889" w:rsidRDefault="00000000" w:rsidP="00AE47FF">
            <w:pPr>
              <w:pStyle w:val="NoSpacing"/>
              <w:rPr>
                <w:b/>
              </w:rPr>
            </w:pPr>
            <w:r>
              <w:rPr>
                <w:b/>
              </w:rPr>
              <w:t>29</w:t>
            </w:r>
          </w:p>
          <w:p w14:paraId="09EE82D6" w14:textId="77777777" w:rsidR="00073C06" w:rsidRDefault="00073C06" w:rsidP="00AE47FF">
            <w:pPr>
              <w:pStyle w:val="NoSpacing"/>
            </w:pPr>
          </w:p>
          <w:p w14:paraId="529D6862" w14:textId="73A344D5" w:rsidR="00073C06" w:rsidRDefault="00073C06" w:rsidP="00AE47FF">
            <w:pPr>
              <w:pStyle w:val="NoSpacing"/>
            </w:pPr>
            <w:r>
              <w:rPr>
                <w:b/>
              </w:rPr>
              <w:t xml:space="preserve">Breakfast on the Deck  </w:t>
            </w:r>
            <w:r w:rsidR="00045C65">
              <w:rPr>
                <w:b/>
              </w:rPr>
              <w:t xml:space="preserve"> </w:t>
            </w:r>
            <w:r>
              <w:rPr>
                <w:b/>
              </w:rPr>
              <w:t>9-10:30 am</w:t>
            </w: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7BBA5BED" w14:textId="77777777" w:rsidR="00BA6889" w:rsidRDefault="00000000" w:rsidP="00AE47FF">
            <w:pPr>
              <w:pStyle w:val="NoSpacing"/>
            </w:pPr>
            <w:r>
              <w:rPr>
                <w:b/>
              </w:rPr>
              <w:t>30</w:t>
            </w:r>
          </w:p>
        </w:tc>
      </w:tr>
      <w:tr w:rsidR="00052C49" w14:paraId="1242036A" w14:textId="77777777" w:rsidTr="001352B6">
        <w:trPr>
          <w:trHeight w:val="1578"/>
        </w:trPr>
        <w:tc>
          <w:tcPr>
            <w:tcW w:w="2224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500FD44A" w14:textId="77777777" w:rsidR="00BA6889" w:rsidRDefault="00000000" w:rsidP="00AE47FF">
            <w:pPr>
              <w:pStyle w:val="NoSpacing"/>
            </w:pPr>
            <w:r>
              <w:rPr>
                <w:b/>
              </w:rPr>
              <w:t>31</w:t>
            </w:r>
          </w:p>
        </w:tc>
        <w:tc>
          <w:tcPr>
            <w:tcW w:w="1916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0A4FF733" w14:textId="77777777" w:rsidR="00BA6889" w:rsidRDefault="00BA6889" w:rsidP="00AE47FF">
            <w:pPr>
              <w:pStyle w:val="NoSpacing"/>
            </w:pPr>
          </w:p>
        </w:tc>
        <w:tc>
          <w:tcPr>
            <w:tcW w:w="207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38CB0A9D" w14:textId="6113154C" w:rsidR="00BA6889" w:rsidRDefault="00BA6889" w:rsidP="00AE47FF">
            <w:pPr>
              <w:pStyle w:val="NoSpacing"/>
            </w:pP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6062ED85" w14:textId="77777777" w:rsidR="00BA6889" w:rsidRDefault="00BA6889" w:rsidP="00AE47FF">
            <w:pPr>
              <w:pStyle w:val="NoSpacing"/>
            </w:pP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4E3EE1E7" w14:textId="77777777" w:rsidR="00BA6889" w:rsidRDefault="00BA6889" w:rsidP="00AE47FF">
            <w:pPr>
              <w:pStyle w:val="NoSpacing"/>
            </w:pP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5D6D4BE9" w14:textId="77777777" w:rsidR="00BA6889" w:rsidRDefault="00BA6889" w:rsidP="00AE47FF">
            <w:pPr>
              <w:pStyle w:val="NoSpacing"/>
            </w:pPr>
          </w:p>
        </w:tc>
        <w:tc>
          <w:tcPr>
            <w:tcW w:w="2160" w:type="dxa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</w:tcPr>
          <w:p w14:paraId="45060030" w14:textId="77777777" w:rsidR="00BA6889" w:rsidRDefault="00BA6889" w:rsidP="00AE47FF">
            <w:pPr>
              <w:pStyle w:val="NoSpacing"/>
            </w:pPr>
          </w:p>
        </w:tc>
      </w:tr>
    </w:tbl>
    <w:p w14:paraId="0989A20C" w14:textId="767430BF" w:rsidR="00ED0FC3" w:rsidRDefault="00ED0FC3" w:rsidP="00AE47FF">
      <w:pPr>
        <w:pStyle w:val="NoSpacing"/>
      </w:pPr>
    </w:p>
    <w:sectPr w:rsidR="00ED0FC3" w:rsidSect="00511DF2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70309020205020404"/>
    <w:charset w:val="00"/>
    <w:family w:val="modern"/>
    <w:pitch w:val="fixed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90996843">
    <w:abstractNumId w:val="8"/>
  </w:num>
  <w:num w:numId="2" w16cid:durableId="472716359">
    <w:abstractNumId w:val="6"/>
  </w:num>
  <w:num w:numId="3" w16cid:durableId="160244709">
    <w:abstractNumId w:val="5"/>
  </w:num>
  <w:num w:numId="4" w16cid:durableId="88358901">
    <w:abstractNumId w:val="4"/>
  </w:num>
  <w:num w:numId="5" w16cid:durableId="1424378649">
    <w:abstractNumId w:val="7"/>
  </w:num>
  <w:num w:numId="6" w16cid:durableId="2033341557">
    <w:abstractNumId w:val="3"/>
  </w:num>
  <w:num w:numId="7" w16cid:durableId="1200969335">
    <w:abstractNumId w:val="2"/>
  </w:num>
  <w:num w:numId="8" w16cid:durableId="418017990">
    <w:abstractNumId w:val="1"/>
  </w:num>
  <w:num w:numId="9" w16cid:durableId="23548237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3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149E3"/>
    <w:rsid w:val="00034616"/>
    <w:rsid w:val="00045C65"/>
    <w:rsid w:val="00052C49"/>
    <w:rsid w:val="0006063C"/>
    <w:rsid w:val="00073C06"/>
    <w:rsid w:val="00096157"/>
    <w:rsid w:val="000B1330"/>
    <w:rsid w:val="001352B6"/>
    <w:rsid w:val="0015074B"/>
    <w:rsid w:val="00290EA1"/>
    <w:rsid w:val="0029639D"/>
    <w:rsid w:val="00326F90"/>
    <w:rsid w:val="00511DF2"/>
    <w:rsid w:val="00813720"/>
    <w:rsid w:val="00874740"/>
    <w:rsid w:val="00AA1D8D"/>
    <w:rsid w:val="00AE47FF"/>
    <w:rsid w:val="00B47730"/>
    <w:rsid w:val="00BA6889"/>
    <w:rsid w:val="00BB53A2"/>
    <w:rsid w:val="00C14447"/>
    <w:rsid w:val="00CB0664"/>
    <w:rsid w:val="00E43E39"/>
    <w:rsid w:val="00ED0FC3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41926ED"/>
  <w14:defaultImageDpi w14:val="300"/>
  <w15:docId w15:val="{9FE07E3F-5C3F-954B-8F28-54251AFF9F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xhere.com/de/photo/1178903" TargetMode="Externa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gif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4.jpg"/><Relationship Id="rId4" Type="http://schemas.openxmlformats.org/officeDocument/2006/relationships/settings" Target="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2</Pages>
  <Words>74</Words>
  <Characters>424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497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Mary Ellen</cp:lastModifiedBy>
  <cp:revision>7</cp:revision>
  <cp:lastPrinted>2026-05-06T18:16:00Z</cp:lastPrinted>
  <dcterms:created xsi:type="dcterms:W3CDTF">2026-04-28T23:18:00Z</dcterms:created>
  <dcterms:modified xsi:type="dcterms:W3CDTF">2026-05-06T18:17:00Z</dcterms:modified>
  <cp:category/>
</cp:coreProperties>
</file>